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9AE7" w14:textId="77777777" w:rsidR="00D45108" w:rsidRDefault="00D45108" w:rsidP="00D45108">
      <w:pPr>
        <w:pStyle w:val="Nadpis1"/>
        <w:ind w:right="43"/>
        <w:jc w:val="center"/>
        <w:rPr>
          <w:color w:val="E66E00"/>
          <w:sz w:val="36"/>
          <w:szCs w:val="36"/>
        </w:rPr>
      </w:pPr>
      <w:r w:rsidRPr="00D45108">
        <w:rPr>
          <w:noProof/>
        </w:rPr>
        <w:drawing>
          <wp:anchor distT="0" distB="0" distL="114300" distR="114300" simplePos="0" relativeHeight="251657216" behindDoc="0" locked="0" layoutInCell="1" allowOverlap="1" wp14:anchorId="7983E36D" wp14:editId="5E8CA715">
            <wp:simplePos x="0" y="0"/>
            <wp:positionH relativeFrom="column">
              <wp:posOffset>3551555</wp:posOffset>
            </wp:positionH>
            <wp:positionV relativeFrom="paragraph">
              <wp:posOffset>-635000</wp:posOffset>
            </wp:positionV>
            <wp:extent cx="3194050" cy="1074420"/>
            <wp:effectExtent l="0" t="0" r="6350" b="0"/>
            <wp:wrapSquare wrapText="bothSides"/>
            <wp:docPr id="4531419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41970" name=""/>
                    <pic:cNvPicPr/>
                  </pic:nvPicPr>
                  <pic:blipFill rotWithShape="1">
                    <a:blip r:embed="rId8"/>
                    <a:srcRect t="17310" r="38735" b="20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1074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C45FE" w14:textId="6655F430" w:rsidR="008F1223" w:rsidRPr="00D45108" w:rsidRDefault="00390E68" w:rsidP="00D45108">
      <w:pPr>
        <w:pStyle w:val="Nadpis1"/>
        <w:ind w:right="43"/>
        <w:jc w:val="center"/>
        <w:rPr>
          <w:sz w:val="40"/>
          <w:szCs w:val="40"/>
        </w:rPr>
      </w:pPr>
      <w:r>
        <w:rPr>
          <w:color w:val="E66E00"/>
          <w:sz w:val="40"/>
          <w:szCs w:val="40"/>
        </w:rPr>
        <w:t>POŽADAVEK NA POZÁRUČNÍ OPRAVU</w:t>
      </w:r>
    </w:p>
    <w:p w14:paraId="36460F58" w14:textId="65FA025E" w:rsidR="008F1223" w:rsidRDefault="00000000">
      <w:pPr>
        <w:rPr>
          <w:b/>
          <w:bCs/>
          <w:sz w:val="28"/>
          <w:szCs w:val="28"/>
        </w:rPr>
      </w:pPr>
      <w:proofErr w:type="spellStart"/>
      <w:r w:rsidRPr="00D45108">
        <w:rPr>
          <w:sz w:val="28"/>
          <w:szCs w:val="28"/>
        </w:rPr>
        <w:t>Vyplněný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="001B3E1B">
        <w:rPr>
          <w:sz w:val="28"/>
          <w:szCs w:val="28"/>
        </w:rPr>
        <w:t>požadavek</w:t>
      </w:r>
      <w:proofErr w:type="spellEnd"/>
      <w:r w:rsidR="001B3E1B">
        <w:rPr>
          <w:sz w:val="28"/>
          <w:szCs w:val="28"/>
        </w:rPr>
        <w:t xml:space="preserve"> </w:t>
      </w:r>
      <w:proofErr w:type="spellStart"/>
      <w:r w:rsidR="001B3E1B">
        <w:rPr>
          <w:sz w:val="28"/>
          <w:szCs w:val="28"/>
        </w:rPr>
        <w:t>na</w:t>
      </w:r>
      <w:proofErr w:type="spellEnd"/>
      <w:r w:rsidR="001B3E1B">
        <w:rPr>
          <w:sz w:val="28"/>
          <w:szCs w:val="28"/>
        </w:rPr>
        <w:t xml:space="preserve"> </w:t>
      </w:r>
      <w:proofErr w:type="spellStart"/>
      <w:r w:rsidR="001B3E1B">
        <w:rPr>
          <w:sz w:val="28"/>
          <w:szCs w:val="28"/>
        </w:rPr>
        <w:t>pozáruční</w:t>
      </w:r>
      <w:proofErr w:type="spellEnd"/>
      <w:r w:rsidR="001B3E1B">
        <w:rPr>
          <w:sz w:val="28"/>
          <w:szCs w:val="28"/>
        </w:rPr>
        <w:t xml:space="preserve"> </w:t>
      </w:r>
      <w:proofErr w:type="spellStart"/>
      <w:r w:rsidR="001B3E1B">
        <w:rPr>
          <w:sz w:val="28"/>
          <w:szCs w:val="28"/>
        </w:rPr>
        <w:t>opravu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přiložte</w:t>
      </w:r>
      <w:proofErr w:type="spellEnd"/>
      <w:r w:rsidRPr="00D45108">
        <w:rPr>
          <w:sz w:val="28"/>
          <w:szCs w:val="28"/>
        </w:rPr>
        <w:t xml:space="preserve"> k </w:t>
      </w:r>
      <w:proofErr w:type="spellStart"/>
      <w:r w:rsidRPr="00D45108">
        <w:rPr>
          <w:sz w:val="28"/>
          <w:szCs w:val="28"/>
        </w:rPr>
        <w:t>zásilce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jej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předejte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osobně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na</w:t>
      </w:r>
      <w:proofErr w:type="spellEnd"/>
      <w:r w:rsidR="00EB096B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adresu</w:t>
      </w:r>
      <w:proofErr w:type="spellEnd"/>
      <w:r w:rsidR="00EB096B">
        <w:rPr>
          <w:sz w:val="28"/>
          <w:szCs w:val="28"/>
        </w:rPr>
        <w:t xml:space="preserve">: </w:t>
      </w:r>
      <w:r w:rsidR="00EB096B" w:rsidRPr="00EB096B">
        <w:rPr>
          <w:b/>
          <w:bCs/>
          <w:sz w:val="28"/>
          <w:szCs w:val="28"/>
        </w:rPr>
        <w:t xml:space="preserve">Solight Holding </w:t>
      </w:r>
      <w:proofErr w:type="spellStart"/>
      <w:r w:rsidR="00EB096B" w:rsidRPr="00EB096B">
        <w:rPr>
          <w:b/>
          <w:bCs/>
          <w:sz w:val="28"/>
          <w:szCs w:val="28"/>
        </w:rPr>
        <w:t>s.r.o.</w:t>
      </w:r>
      <w:proofErr w:type="spellEnd"/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A617D1">
        <w:rPr>
          <w:b/>
          <w:bCs/>
          <w:sz w:val="28"/>
          <w:szCs w:val="28"/>
        </w:rPr>
        <w:t>Brněnská</w:t>
      </w:r>
      <w:proofErr w:type="spellEnd"/>
      <w:r w:rsidR="00A617D1">
        <w:rPr>
          <w:b/>
          <w:bCs/>
          <w:sz w:val="28"/>
          <w:szCs w:val="28"/>
        </w:rPr>
        <w:t xml:space="preserve"> 4646/69</w:t>
      </w:r>
      <w:r w:rsidR="00EB096B" w:rsidRPr="00EB096B">
        <w:rPr>
          <w:b/>
          <w:bCs/>
          <w:sz w:val="28"/>
          <w:szCs w:val="28"/>
        </w:rPr>
        <w:t>, 796 0</w:t>
      </w:r>
      <w:r w:rsidR="00A617D1">
        <w:rPr>
          <w:b/>
          <w:bCs/>
          <w:sz w:val="28"/>
          <w:szCs w:val="28"/>
        </w:rPr>
        <w:t>1</w:t>
      </w:r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EB096B" w:rsidRPr="00EB096B">
        <w:rPr>
          <w:b/>
          <w:bCs/>
          <w:sz w:val="28"/>
          <w:szCs w:val="28"/>
        </w:rPr>
        <w:t>Prostějov</w:t>
      </w:r>
      <w:proofErr w:type="spellEnd"/>
      <w:r w:rsidR="00EB096B" w:rsidRPr="00EB096B">
        <w:rPr>
          <w:b/>
          <w:bCs/>
          <w:sz w:val="28"/>
          <w:szCs w:val="28"/>
        </w:rPr>
        <w:t>.</w:t>
      </w:r>
    </w:p>
    <w:p w14:paraId="17F8AC8A" w14:textId="77777777" w:rsidR="001B3E1B" w:rsidRPr="00EB096B" w:rsidRDefault="001B3E1B">
      <w:pPr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8F1223" w:rsidRPr="00D45108" w14:paraId="611D61E9" w14:textId="77777777" w:rsidTr="00D45108">
        <w:trPr>
          <w:jc w:val="center"/>
        </w:trPr>
        <w:tc>
          <w:tcPr>
            <w:tcW w:w="4320" w:type="dxa"/>
          </w:tcPr>
          <w:p w14:paraId="38C7764A" w14:textId="67383870" w:rsidR="008F1223" w:rsidRPr="00D45108" w:rsidRDefault="00000000">
            <w:pPr>
              <w:rPr>
                <w:sz w:val="32"/>
                <w:szCs w:val="32"/>
              </w:rPr>
            </w:pPr>
            <w:proofErr w:type="spellStart"/>
            <w:r w:rsidRPr="00D45108">
              <w:rPr>
                <w:sz w:val="28"/>
                <w:szCs w:val="28"/>
              </w:rPr>
              <w:t>Reklamovaný</w:t>
            </w:r>
            <w:proofErr w:type="spellEnd"/>
            <w:r w:rsidRPr="00D45108">
              <w:rPr>
                <w:sz w:val="28"/>
                <w:szCs w:val="28"/>
              </w:rPr>
              <w:t xml:space="preserve"> </w:t>
            </w:r>
            <w:r w:rsidR="00D45108" w:rsidRPr="00D45108">
              <w:rPr>
                <w:sz w:val="28"/>
                <w:szCs w:val="28"/>
              </w:rPr>
              <w:t>produkt:</w:t>
            </w:r>
          </w:p>
        </w:tc>
        <w:tc>
          <w:tcPr>
            <w:tcW w:w="4320" w:type="dxa"/>
          </w:tcPr>
          <w:p w14:paraId="5711CE1F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2233D233" w14:textId="77777777" w:rsidTr="00D45108">
        <w:trPr>
          <w:jc w:val="center"/>
        </w:trPr>
        <w:tc>
          <w:tcPr>
            <w:tcW w:w="4320" w:type="dxa"/>
          </w:tcPr>
          <w:p w14:paraId="44341B06" w14:textId="7DE794B7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Jméno a příjmení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1DFD871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D67E7AB" w14:textId="77777777" w:rsidTr="00D45108">
        <w:trPr>
          <w:jc w:val="center"/>
        </w:trPr>
        <w:tc>
          <w:tcPr>
            <w:tcW w:w="4320" w:type="dxa"/>
          </w:tcPr>
          <w:p w14:paraId="3913B064" w14:textId="38412E96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Adresa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4362B93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49E1D9F7" w14:textId="77777777" w:rsidTr="00D45108">
        <w:trPr>
          <w:jc w:val="center"/>
        </w:trPr>
        <w:tc>
          <w:tcPr>
            <w:tcW w:w="4320" w:type="dxa"/>
          </w:tcPr>
          <w:p w14:paraId="562F548D" w14:textId="37A4FEF1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Telefon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70CB7F5C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77A6AC2A" w14:textId="77777777" w:rsidTr="00D45108">
        <w:trPr>
          <w:jc w:val="center"/>
        </w:trPr>
        <w:tc>
          <w:tcPr>
            <w:tcW w:w="4320" w:type="dxa"/>
          </w:tcPr>
          <w:p w14:paraId="7873C825" w14:textId="4FD54435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E-mail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0CD23778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</w:tbl>
    <w:p w14:paraId="5027C297" w14:textId="332D169E" w:rsidR="008F1223" w:rsidRPr="00D45108" w:rsidRDefault="00000000" w:rsidP="00D45108">
      <w:pPr>
        <w:pStyle w:val="Nadpis2"/>
        <w:rPr>
          <w:color w:val="auto"/>
          <w:sz w:val="28"/>
          <w:szCs w:val="28"/>
        </w:rPr>
      </w:pPr>
      <w:proofErr w:type="spellStart"/>
      <w:r w:rsidRPr="00D45108">
        <w:rPr>
          <w:color w:val="auto"/>
          <w:sz w:val="28"/>
          <w:szCs w:val="28"/>
        </w:rPr>
        <w:t>Popis</w:t>
      </w:r>
      <w:proofErr w:type="spellEnd"/>
      <w:r w:rsidRPr="00D45108">
        <w:rPr>
          <w:color w:val="auto"/>
          <w:sz w:val="28"/>
          <w:szCs w:val="28"/>
        </w:rPr>
        <w:t xml:space="preserve"> </w:t>
      </w:r>
      <w:proofErr w:type="spellStart"/>
      <w:r w:rsidRPr="00D45108">
        <w:rPr>
          <w:color w:val="auto"/>
          <w:sz w:val="28"/>
          <w:szCs w:val="28"/>
        </w:rPr>
        <w:t>závady</w:t>
      </w:r>
      <w:proofErr w:type="spellEnd"/>
      <w:r w:rsidR="00D45108" w:rsidRPr="00D45108">
        <w:rPr>
          <w:color w:val="auto"/>
          <w:sz w:val="28"/>
          <w:szCs w:val="28"/>
        </w:rPr>
        <w:t xml:space="preserve">: </w:t>
      </w:r>
    </w:p>
    <w:p w14:paraId="031D6AAC" w14:textId="2C24DEC8" w:rsidR="00D45108" w:rsidRPr="00D45108" w:rsidRDefault="00D45108" w:rsidP="00D45108">
      <w:r>
        <w:br/>
        <w:t>__________________________________________________________________________________________________________________________________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16"/>
      </w:tblGrid>
      <w:tr w:rsidR="008F1223" w14:paraId="4281235F" w14:textId="77777777" w:rsidTr="00D45108">
        <w:tc>
          <w:tcPr>
            <w:tcW w:w="10816" w:type="dxa"/>
          </w:tcPr>
          <w:p w14:paraId="2060F419" w14:textId="0F18C281" w:rsidR="008F1223" w:rsidRDefault="00D45108">
            <w:r>
              <w:t>__________________________________________________________________________________________________________________________________</w:t>
            </w:r>
          </w:p>
        </w:tc>
      </w:tr>
    </w:tbl>
    <w:p w14:paraId="700A9FD4" w14:textId="22D57F45" w:rsidR="00D45108" w:rsidRPr="00D45108" w:rsidRDefault="00D45108" w:rsidP="00D45108">
      <w:pPr>
        <w:rPr>
          <w:sz w:val="28"/>
          <w:szCs w:val="28"/>
        </w:rPr>
      </w:pPr>
      <w:r>
        <w:rPr>
          <w:sz w:val="28"/>
          <w:szCs w:val="28"/>
        </w:rPr>
        <w:br/>
      </w:r>
      <w:proofErr w:type="spellStart"/>
      <w:r w:rsidRPr="00D45108">
        <w:rPr>
          <w:sz w:val="28"/>
          <w:szCs w:val="28"/>
        </w:rPr>
        <w:t>Reklamována</w:t>
      </w:r>
      <w:proofErr w:type="spellEnd"/>
      <w:r w:rsidRPr="00D45108">
        <w:rPr>
          <w:sz w:val="28"/>
          <w:szCs w:val="28"/>
        </w:rPr>
        <w:t xml:space="preserve"> je </w:t>
      </w:r>
      <w:proofErr w:type="spellStart"/>
      <w:r w:rsidRPr="00D45108">
        <w:rPr>
          <w:sz w:val="28"/>
          <w:szCs w:val="28"/>
        </w:rPr>
        <w:t>pouze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nebo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?</w:t>
      </w:r>
      <w:r>
        <w:rPr>
          <w:sz w:val="28"/>
          <w:szCs w:val="28"/>
        </w:rPr>
        <w:t xml:space="preserve">               </w:t>
      </w:r>
      <w:sdt>
        <w:sdtPr>
          <w:rPr>
            <w:sz w:val="28"/>
            <w:szCs w:val="28"/>
          </w:rPr>
          <w:id w:val="201055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ANO      </w:t>
      </w:r>
      <w:sdt>
        <w:sdtPr>
          <w:rPr>
            <w:sz w:val="28"/>
            <w:szCs w:val="28"/>
          </w:rPr>
          <w:id w:val="-2125223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NE</w:t>
      </w:r>
    </w:p>
    <w:p w14:paraId="08066468" w14:textId="39CC2236" w:rsidR="008F1223" w:rsidRPr="00D45108" w:rsidRDefault="00000000">
      <w:pPr>
        <w:rPr>
          <w:sz w:val="28"/>
          <w:szCs w:val="28"/>
        </w:rPr>
      </w:pPr>
      <w:proofErr w:type="spellStart"/>
      <w:r w:rsidRPr="00D45108">
        <w:rPr>
          <w:sz w:val="28"/>
          <w:szCs w:val="28"/>
        </w:rPr>
        <w:t>Pokud</w:t>
      </w:r>
      <w:proofErr w:type="spellEnd"/>
      <w:r w:rsidRPr="00D45108">
        <w:rPr>
          <w:sz w:val="28"/>
          <w:szCs w:val="28"/>
        </w:rPr>
        <w:t xml:space="preserve"> </w:t>
      </w:r>
      <w:r w:rsidR="003853F3">
        <w:rPr>
          <w:sz w:val="28"/>
          <w:szCs w:val="28"/>
        </w:rPr>
        <w:t>ANO</w:t>
      </w:r>
      <w:r w:rsidRPr="00D45108">
        <w:rPr>
          <w:sz w:val="28"/>
          <w:szCs w:val="28"/>
        </w:rPr>
        <w:t xml:space="preserve">, </w:t>
      </w:r>
      <w:proofErr w:type="spellStart"/>
      <w:r w:rsidRPr="00D45108">
        <w:rPr>
          <w:sz w:val="28"/>
          <w:szCs w:val="28"/>
        </w:rPr>
        <w:t>uveďte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jaká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="003853F3">
        <w:rPr>
          <w:sz w:val="28"/>
          <w:szCs w:val="28"/>
        </w:rPr>
        <w:t xml:space="preserve"> </w:t>
      </w:r>
      <w:proofErr w:type="spellStart"/>
      <w:r w:rsidR="003853F3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:</w:t>
      </w:r>
    </w:p>
    <w:p w14:paraId="7846AC3D" w14:textId="4FEBD5AF" w:rsidR="008F1223" w:rsidRDefault="00000000">
      <w:r>
        <w:t>________________________________________________________</w:t>
      </w:r>
      <w:r w:rsidR="00D45108">
        <w:t>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F1223" w14:paraId="23744630" w14:textId="77777777">
        <w:tc>
          <w:tcPr>
            <w:tcW w:w="4320" w:type="dxa"/>
          </w:tcPr>
          <w:p w14:paraId="29D6C4F9" w14:textId="77777777" w:rsidR="001B3E1B" w:rsidRDefault="001B3E1B">
            <w:pPr>
              <w:rPr>
                <w:sz w:val="28"/>
                <w:szCs w:val="28"/>
              </w:rPr>
            </w:pPr>
          </w:p>
          <w:p w14:paraId="4A4AA4C8" w14:textId="39FFEA92" w:rsidR="008F1223" w:rsidRPr="00D45108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D45108">
              <w:rPr>
                <w:sz w:val="28"/>
                <w:szCs w:val="28"/>
              </w:rPr>
              <w:t>Datum: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</w:t>
            </w:r>
            <w:r w:rsidR="00EB096B">
              <w:rPr>
                <w:sz w:val="28"/>
                <w:szCs w:val="28"/>
              </w:rPr>
              <w:t xml:space="preserve">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</w:t>
            </w:r>
          </w:p>
        </w:tc>
        <w:tc>
          <w:tcPr>
            <w:tcW w:w="4320" w:type="dxa"/>
          </w:tcPr>
          <w:p w14:paraId="0F74A2BB" w14:textId="77777777" w:rsidR="001B3E1B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14:paraId="2CA079FA" w14:textId="2F4F4772" w:rsidR="008F1223" w:rsidRPr="00D45108" w:rsidRDefault="003853F3">
            <w:pPr>
              <w:rPr>
                <w:sz w:val="28"/>
                <w:szCs w:val="28"/>
              </w:rPr>
            </w:pPr>
            <w:proofErr w:type="spellStart"/>
            <w:r w:rsidRPr="00D45108">
              <w:rPr>
                <w:sz w:val="28"/>
                <w:szCs w:val="28"/>
              </w:rPr>
              <w:t>Podpis</w:t>
            </w:r>
            <w:proofErr w:type="spellEnd"/>
            <w:r w:rsidRPr="00D45108">
              <w:rPr>
                <w:sz w:val="28"/>
                <w:szCs w:val="28"/>
              </w:rPr>
              <w:t>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 </w:t>
            </w:r>
            <w:r w:rsidR="00EB096B">
              <w:rPr>
                <w:sz w:val="28"/>
                <w:szCs w:val="28"/>
              </w:rPr>
              <w:t xml:space="preserve">   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____</w:t>
            </w:r>
          </w:p>
        </w:tc>
      </w:tr>
    </w:tbl>
    <w:p w14:paraId="3EB55529" w14:textId="77777777" w:rsidR="008854C9" w:rsidRDefault="008854C9" w:rsidP="00EB096B"/>
    <w:sectPr w:rsidR="008854C9" w:rsidSect="00EB096B">
      <w:headerReference w:type="default" r:id="rId9"/>
      <w:pgSz w:w="12240" w:h="15840"/>
      <w:pgMar w:top="1134" w:right="758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F4CB5" w14:textId="77777777" w:rsidR="00703F03" w:rsidRDefault="00703F03">
      <w:pPr>
        <w:spacing w:after="0" w:line="240" w:lineRule="auto"/>
      </w:pPr>
      <w:r>
        <w:separator/>
      </w:r>
    </w:p>
  </w:endnote>
  <w:endnote w:type="continuationSeparator" w:id="0">
    <w:p w14:paraId="5A34D3D0" w14:textId="77777777" w:rsidR="00703F03" w:rsidRDefault="00703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C12D" w14:textId="77777777" w:rsidR="00703F03" w:rsidRDefault="00703F03">
      <w:pPr>
        <w:spacing w:after="0" w:line="240" w:lineRule="auto"/>
      </w:pPr>
      <w:r>
        <w:separator/>
      </w:r>
    </w:p>
  </w:footnote>
  <w:footnote w:type="continuationSeparator" w:id="0">
    <w:p w14:paraId="0FBCA6F9" w14:textId="77777777" w:rsidR="00703F03" w:rsidRDefault="00703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D8FF" w14:textId="77777777" w:rsidR="008F1223" w:rsidRDefault="00000000">
    <w:pPr>
      <w:pStyle w:val="Zhlav"/>
    </w:pPr>
    <w:r>
      <w:rPr>
        <w:noProof/>
      </w:rPr>
      <w:drawing>
        <wp:inline distT="0" distB="0" distL="0" distR="0" wp14:anchorId="467AAB23" wp14:editId="6B044377">
          <wp:extent cx="1620000" cy="368531"/>
          <wp:effectExtent l="0" t="0" r="0" b="0"/>
          <wp:docPr id="658920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ight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68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758467">
    <w:abstractNumId w:val="8"/>
  </w:num>
  <w:num w:numId="2" w16cid:durableId="161700403">
    <w:abstractNumId w:val="6"/>
  </w:num>
  <w:num w:numId="3" w16cid:durableId="1752503991">
    <w:abstractNumId w:val="5"/>
  </w:num>
  <w:num w:numId="4" w16cid:durableId="154348787">
    <w:abstractNumId w:val="4"/>
  </w:num>
  <w:num w:numId="5" w16cid:durableId="806125193">
    <w:abstractNumId w:val="7"/>
  </w:num>
  <w:num w:numId="6" w16cid:durableId="421953262">
    <w:abstractNumId w:val="3"/>
  </w:num>
  <w:num w:numId="7" w16cid:durableId="2024284852">
    <w:abstractNumId w:val="2"/>
  </w:num>
  <w:num w:numId="8" w16cid:durableId="11541026">
    <w:abstractNumId w:val="1"/>
  </w:num>
  <w:num w:numId="9" w16cid:durableId="174568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E1B"/>
    <w:rsid w:val="0029639D"/>
    <w:rsid w:val="00326F90"/>
    <w:rsid w:val="003853F3"/>
    <w:rsid w:val="00390E68"/>
    <w:rsid w:val="003C52F3"/>
    <w:rsid w:val="004764A0"/>
    <w:rsid w:val="004C2377"/>
    <w:rsid w:val="00647BAF"/>
    <w:rsid w:val="00703F03"/>
    <w:rsid w:val="007B137B"/>
    <w:rsid w:val="007C7358"/>
    <w:rsid w:val="008854C9"/>
    <w:rsid w:val="008F1223"/>
    <w:rsid w:val="009A2C5C"/>
    <w:rsid w:val="009F32FF"/>
    <w:rsid w:val="00A617D1"/>
    <w:rsid w:val="00AA1D8D"/>
    <w:rsid w:val="00B47730"/>
    <w:rsid w:val="00B542BE"/>
    <w:rsid w:val="00BB6131"/>
    <w:rsid w:val="00CB0664"/>
    <w:rsid w:val="00D45108"/>
    <w:rsid w:val="00D635B1"/>
    <w:rsid w:val="00D9643C"/>
    <w:rsid w:val="00E5548C"/>
    <w:rsid w:val="00E6034F"/>
    <w:rsid w:val="00EB096B"/>
    <w:rsid w:val="00F23F4D"/>
    <w:rsid w:val="00FC693F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5C60F"/>
  <w14:defaultImageDpi w14:val="330"/>
  <w15:docId w15:val="{A45DD0E2-346C-4B5C-94C1-B3B0973A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Kňava Ondřej</cp:lastModifiedBy>
  <cp:revision>3</cp:revision>
  <dcterms:created xsi:type="dcterms:W3CDTF">2026-09-23T07:50:00Z</dcterms:created>
  <dcterms:modified xsi:type="dcterms:W3CDTF">2026-09-23T07:52:00Z</dcterms:modified>
  <cp:category/>
</cp:coreProperties>
</file>