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9AE7" w14:textId="77777777" w:rsidR="00D45108" w:rsidRDefault="00D45108" w:rsidP="00D45108">
      <w:pPr>
        <w:pStyle w:val="Nadpis1"/>
        <w:ind w:right="43"/>
        <w:jc w:val="center"/>
        <w:rPr>
          <w:color w:val="E66E00"/>
          <w:sz w:val="36"/>
          <w:szCs w:val="36"/>
        </w:rPr>
      </w:pPr>
      <w:r w:rsidRPr="00D45108">
        <w:rPr>
          <w:noProof/>
        </w:rPr>
        <w:drawing>
          <wp:anchor distT="0" distB="0" distL="114300" distR="114300" simplePos="0" relativeHeight="251657216" behindDoc="0" locked="0" layoutInCell="1" allowOverlap="1" wp14:anchorId="7983E36D" wp14:editId="18DA1873">
            <wp:simplePos x="0" y="0"/>
            <wp:positionH relativeFrom="column">
              <wp:posOffset>4060190</wp:posOffset>
            </wp:positionH>
            <wp:positionV relativeFrom="paragraph">
              <wp:posOffset>-511175</wp:posOffset>
            </wp:positionV>
            <wp:extent cx="3025140" cy="1082040"/>
            <wp:effectExtent l="0" t="0" r="3810" b="3810"/>
            <wp:wrapNone/>
            <wp:docPr id="4531419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14197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EC45FE" w14:textId="62F090E4" w:rsidR="008F1223" w:rsidRPr="00D45108" w:rsidRDefault="00797F0D" w:rsidP="00D45108">
      <w:pPr>
        <w:pStyle w:val="Nadpis1"/>
        <w:ind w:right="43"/>
        <w:jc w:val="center"/>
        <w:rPr>
          <w:sz w:val="40"/>
          <w:szCs w:val="40"/>
        </w:rPr>
      </w:pPr>
      <w:r>
        <w:rPr>
          <w:color w:val="E66E00"/>
          <w:sz w:val="40"/>
          <w:szCs w:val="40"/>
        </w:rPr>
        <w:t>POŽADAVEK NA POZÁRUČNÍ OPRAVU</w:t>
      </w:r>
    </w:p>
    <w:p w14:paraId="36460F58" w14:textId="6402ABDD" w:rsidR="008F1223" w:rsidRPr="00EB096B" w:rsidRDefault="007C3DB4">
      <w:pPr>
        <w:rPr>
          <w:b/>
          <w:bCs/>
          <w:sz w:val="28"/>
          <w:szCs w:val="28"/>
        </w:rPr>
      </w:pPr>
      <w:proofErr w:type="spellStart"/>
      <w:r w:rsidRPr="00D45108">
        <w:rPr>
          <w:sz w:val="28"/>
          <w:szCs w:val="28"/>
        </w:rPr>
        <w:t>Vyplněný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protokol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přiložte</w:t>
      </w:r>
      <w:proofErr w:type="spellEnd"/>
      <w:r w:rsidRPr="00D45108">
        <w:rPr>
          <w:sz w:val="28"/>
          <w:szCs w:val="28"/>
        </w:rPr>
        <w:t xml:space="preserve"> k </w:t>
      </w:r>
      <w:proofErr w:type="spellStart"/>
      <w:r w:rsidRPr="00D45108">
        <w:rPr>
          <w:sz w:val="28"/>
          <w:szCs w:val="28"/>
        </w:rPr>
        <w:t>zásilce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nebo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jej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předejte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osobně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="00EB096B">
        <w:rPr>
          <w:sz w:val="28"/>
          <w:szCs w:val="28"/>
        </w:rPr>
        <w:t>na</w:t>
      </w:r>
      <w:proofErr w:type="spellEnd"/>
      <w:r w:rsidR="00EB096B">
        <w:rPr>
          <w:sz w:val="28"/>
          <w:szCs w:val="28"/>
        </w:rPr>
        <w:t xml:space="preserve"> </w:t>
      </w:r>
      <w:proofErr w:type="spellStart"/>
      <w:r w:rsidR="00EB096B">
        <w:rPr>
          <w:sz w:val="28"/>
          <w:szCs w:val="28"/>
        </w:rPr>
        <w:t>adresu</w:t>
      </w:r>
      <w:proofErr w:type="spellEnd"/>
      <w:r w:rsidR="00EB096B">
        <w:rPr>
          <w:sz w:val="28"/>
          <w:szCs w:val="28"/>
        </w:rPr>
        <w:t xml:space="preserve">: </w:t>
      </w:r>
      <w:r w:rsidR="00EB096B" w:rsidRPr="00EB096B">
        <w:rPr>
          <w:b/>
          <w:bCs/>
          <w:sz w:val="28"/>
          <w:szCs w:val="28"/>
        </w:rPr>
        <w:t xml:space="preserve">Solight Holding </w:t>
      </w:r>
      <w:proofErr w:type="spellStart"/>
      <w:r w:rsidR="00EB096B" w:rsidRPr="00EB096B">
        <w:rPr>
          <w:b/>
          <w:bCs/>
          <w:sz w:val="28"/>
          <w:szCs w:val="28"/>
        </w:rPr>
        <w:t>s.r.o.</w:t>
      </w:r>
      <w:proofErr w:type="spellEnd"/>
      <w:r w:rsidR="00EB096B" w:rsidRPr="00EB096B">
        <w:rPr>
          <w:b/>
          <w:bCs/>
          <w:sz w:val="28"/>
          <w:szCs w:val="28"/>
        </w:rPr>
        <w:t xml:space="preserve"> </w:t>
      </w:r>
      <w:proofErr w:type="spellStart"/>
      <w:r w:rsidR="00EB096B" w:rsidRPr="00EB096B">
        <w:rPr>
          <w:b/>
          <w:bCs/>
          <w:sz w:val="28"/>
          <w:szCs w:val="28"/>
        </w:rPr>
        <w:t>Plumlovská</w:t>
      </w:r>
      <w:proofErr w:type="spellEnd"/>
      <w:r w:rsidR="00EB096B" w:rsidRPr="00EB096B">
        <w:rPr>
          <w:b/>
          <w:bCs/>
          <w:sz w:val="28"/>
          <w:szCs w:val="28"/>
        </w:rPr>
        <w:t xml:space="preserve"> 481/200, 796 04 </w:t>
      </w:r>
      <w:proofErr w:type="spellStart"/>
      <w:r w:rsidR="00EB096B" w:rsidRPr="00EB096B">
        <w:rPr>
          <w:b/>
          <w:bCs/>
          <w:sz w:val="28"/>
          <w:szCs w:val="28"/>
        </w:rPr>
        <w:t>Prostějov</w:t>
      </w:r>
      <w:proofErr w:type="spellEnd"/>
      <w:r w:rsidR="00EB096B" w:rsidRPr="00EB096B">
        <w:rPr>
          <w:b/>
          <w:bCs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8F1223" w:rsidRPr="00D45108" w14:paraId="611D61E9" w14:textId="77777777" w:rsidTr="00D45108">
        <w:trPr>
          <w:jc w:val="center"/>
        </w:trPr>
        <w:tc>
          <w:tcPr>
            <w:tcW w:w="4320" w:type="dxa"/>
          </w:tcPr>
          <w:p w14:paraId="38C7764A" w14:textId="67383870" w:rsidR="008F1223" w:rsidRPr="00D45108" w:rsidRDefault="007C3DB4">
            <w:pPr>
              <w:rPr>
                <w:sz w:val="32"/>
                <w:szCs w:val="32"/>
              </w:rPr>
            </w:pPr>
            <w:proofErr w:type="spellStart"/>
            <w:r w:rsidRPr="00D45108">
              <w:rPr>
                <w:sz w:val="28"/>
                <w:szCs w:val="28"/>
              </w:rPr>
              <w:t>Reklamovaný</w:t>
            </w:r>
            <w:proofErr w:type="spellEnd"/>
            <w:r w:rsidRPr="00D45108">
              <w:rPr>
                <w:sz w:val="28"/>
                <w:szCs w:val="28"/>
              </w:rPr>
              <w:t xml:space="preserve"> </w:t>
            </w:r>
            <w:proofErr w:type="spellStart"/>
            <w:r w:rsidR="00D45108" w:rsidRPr="00D45108">
              <w:rPr>
                <w:sz w:val="28"/>
                <w:szCs w:val="28"/>
              </w:rPr>
              <w:t>produkt</w:t>
            </w:r>
            <w:proofErr w:type="spellEnd"/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5711CE1F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2233D233" w14:textId="77777777" w:rsidTr="00D45108">
        <w:trPr>
          <w:jc w:val="center"/>
        </w:trPr>
        <w:tc>
          <w:tcPr>
            <w:tcW w:w="4320" w:type="dxa"/>
          </w:tcPr>
          <w:p w14:paraId="44341B06" w14:textId="7DE794B7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Jméno a příjmení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1DFD871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3D67E7AB" w14:textId="77777777" w:rsidTr="00D45108">
        <w:trPr>
          <w:jc w:val="center"/>
        </w:trPr>
        <w:tc>
          <w:tcPr>
            <w:tcW w:w="4320" w:type="dxa"/>
          </w:tcPr>
          <w:p w14:paraId="3913B064" w14:textId="38412E96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Adresa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4362B93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49E1D9F7" w14:textId="77777777" w:rsidTr="00D45108">
        <w:trPr>
          <w:jc w:val="center"/>
        </w:trPr>
        <w:tc>
          <w:tcPr>
            <w:tcW w:w="4320" w:type="dxa"/>
          </w:tcPr>
          <w:p w14:paraId="562F548D" w14:textId="37A4FEF1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Telefon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70CB7F5C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77A6AC2A" w14:textId="77777777" w:rsidTr="00D45108">
        <w:trPr>
          <w:jc w:val="center"/>
        </w:trPr>
        <w:tc>
          <w:tcPr>
            <w:tcW w:w="4320" w:type="dxa"/>
          </w:tcPr>
          <w:p w14:paraId="7873C825" w14:textId="4FD54435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E-mail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0CD23778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</w:tbl>
    <w:p w14:paraId="15516AA4" w14:textId="77777777" w:rsidR="009037BB" w:rsidRDefault="009037BB" w:rsidP="00D45108">
      <w:pPr>
        <w:pStyle w:val="Nadpis2"/>
        <w:rPr>
          <w:color w:val="auto"/>
          <w:sz w:val="28"/>
          <w:szCs w:val="28"/>
        </w:rPr>
      </w:pPr>
    </w:p>
    <w:p w14:paraId="5027C297" w14:textId="663834E0" w:rsidR="008F1223" w:rsidRPr="00D45108" w:rsidRDefault="007C3DB4" w:rsidP="00D45108">
      <w:pPr>
        <w:pStyle w:val="Nadpis2"/>
        <w:rPr>
          <w:color w:val="auto"/>
          <w:sz w:val="28"/>
          <w:szCs w:val="28"/>
        </w:rPr>
      </w:pPr>
      <w:proofErr w:type="spellStart"/>
      <w:r w:rsidRPr="00D45108">
        <w:rPr>
          <w:color w:val="auto"/>
          <w:sz w:val="28"/>
          <w:szCs w:val="28"/>
        </w:rPr>
        <w:t>Popis</w:t>
      </w:r>
      <w:proofErr w:type="spellEnd"/>
      <w:r w:rsidRPr="00D45108">
        <w:rPr>
          <w:color w:val="auto"/>
          <w:sz w:val="28"/>
          <w:szCs w:val="28"/>
        </w:rPr>
        <w:t xml:space="preserve"> </w:t>
      </w:r>
      <w:proofErr w:type="spellStart"/>
      <w:r w:rsidRPr="00D45108">
        <w:rPr>
          <w:color w:val="auto"/>
          <w:sz w:val="28"/>
          <w:szCs w:val="28"/>
        </w:rPr>
        <w:t>závady</w:t>
      </w:r>
      <w:proofErr w:type="spellEnd"/>
      <w:r w:rsidR="00D45108" w:rsidRPr="00D45108">
        <w:rPr>
          <w:color w:val="auto"/>
          <w:sz w:val="28"/>
          <w:szCs w:val="28"/>
        </w:rPr>
        <w:t xml:space="preserve">: </w:t>
      </w:r>
    </w:p>
    <w:p w14:paraId="031D6AAC" w14:textId="2C24DEC8" w:rsidR="00D45108" w:rsidRPr="00D45108" w:rsidRDefault="00D45108" w:rsidP="00D45108">
      <w:r>
        <w:br/>
        <w:t>__________________________________________________________________________________________________________________________________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31"/>
      </w:tblGrid>
      <w:tr w:rsidR="008F1223" w14:paraId="4281235F" w14:textId="77777777" w:rsidTr="00D45108">
        <w:tc>
          <w:tcPr>
            <w:tcW w:w="10816" w:type="dxa"/>
          </w:tcPr>
          <w:p w14:paraId="2060F419" w14:textId="0F18C281" w:rsidR="008F1223" w:rsidRDefault="00D45108">
            <w:r>
              <w:t>__________________________________________________________________________________________________________________________________</w:t>
            </w:r>
          </w:p>
        </w:tc>
      </w:tr>
    </w:tbl>
    <w:p w14:paraId="700A9FD4" w14:textId="2FB57FBB" w:rsidR="00D45108" w:rsidRPr="00D45108" w:rsidRDefault="00D45108" w:rsidP="00D45108">
      <w:pPr>
        <w:rPr>
          <w:sz w:val="28"/>
          <w:szCs w:val="28"/>
        </w:rPr>
      </w:pPr>
      <w:r>
        <w:rPr>
          <w:sz w:val="28"/>
          <w:szCs w:val="28"/>
        </w:rPr>
        <w:br/>
      </w:r>
      <w:proofErr w:type="spellStart"/>
      <w:r w:rsidRPr="00D45108">
        <w:rPr>
          <w:sz w:val="28"/>
          <w:szCs w:val="28"/>
        </w:rPr>
        <w:t>Reklamována</w:t>
      </w:r>
      <w:proofErr w:type="spellEnd"/>
      <w:r w:rsidRPr="00D45108">
        <w:rPr>
          <w:sz w:val="28"/>
          <w:szCs w:val="28"/>
        </w:rPr>
        <w:t xml:space="preserve"> je </w:t>
      </w:r>
      <w:proofErr w:type="spellStart"/>
      <w:r w:rsidRPr="00D45108">
        <w:rPr>
          <w:sz w:val="28"/>
          <w:szCs w:val="28"/>
        </w:rPr>
        <w:t>pouze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část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produktu</w:t>
      </w:r>
      <w:proofErr w:type="spellEnd"/>
      <w:r w:rsidRPr="00D45108">
        <w:rPr>
          <w:sz w:val="28"/>
          <w:szCs w:val="28"/>
        </w:rPr>
        <w:t xml:space="preserve"> nebo </w:t>
      </w:r>
      <w:proofErr w:type="spellStart"/>
      <w:r w:rsidRPr="00D45108">
        <w:rPr>
          <w:sz w:val="28"/>
          <w:szCs w:val="28"/>
        </w:rPr>
        <w:t>příslušenství</w:t>
      </w:r>
      <w:proofErr w:type="spellEnd"/>
      <w:r w:rsidRPr="00D45108">
        <w:rPr>
          <w:sz w:val="28"/>
          <w:szCs w:val="28"/>
        </w:rPr>
        <w:t>?</w:t>
      </w:r>
      <w:r>
        <w:rPr>
          <w:sz w:val="28"/>
          <w:szCs w:val="28"/>
        </w:rPr>
        <w:t xml:space="preserve">               </w:t>
      </w:r>
      <w:sdt>
        <w:sdtPr>
          <w:rPr>
            <w:sz w:val="28"/>
            <w:szCs w:val="28"/>
          </w:rPr>
          <w:id w:val="2010554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CE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ANO      </w:t>
      </w:r>
      <w:sdt>
        <w:sdtPr>
          <w:rPr>
            <w:sz w:val="28"/>
            <w:szCs w:val="28"/>
          </w:rPr>
          <w:id w:val="-2125223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2F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NE</w:t>
      </w:r>
    </w:p>
    <w:p w14:paraId="08066468" w14:textId="39CC2236" w:rsidR="008F1223" w:rsidRPr="00D45108" w:rsidRDefault="007C3DB4">
      <w:pPr>
        <w:rPr>
          <w:sz w:val="28"/>
          <w:szCs w:val="28"/>
        </w:rPr>
      </w:pPr>
      <w:proofErr w:type="spellStart"/>
      <w:r w:rsidRPr="00D45108">
        <w:rPr>
          <w:sz w:val="28"/>
          <w:szCs w:val="28"/>
        </w:rPr>
        <w:t>Pokud</w:t>
      </w:r>
      <w:proofErr w:type="spellEnd"/>
      <w:r w:rsidRPr="00D45108">
        <w:rPr>
          <w:sz w:val="28"/>
          <w:szCs w:val="28"/>
        </w:rPr>
        <w:t xml:space="preserve"> </w:t>
      </w:r>
      <w:r w:rsidR="003853F3">
        <w:rPr>
          <w:sz w:val="28"/>
          <w:szCs w:val="28"/>
        </w:rPr>
        <w:t>ANO</w:t>
      </w:r>
      <w:r w:rsidRPr="00D45108">
        <w:rPr>
          <w:sz w:val="28"/>
          <w:szCs w:val="28"/>
        </w:rPr>
        <w:t xml:space="preserve">, </w:t>
      </w:r>
      <w:proofErr w:type="spellStart"/>
      <w:r w:rsidRPr="00D45108">
        <w:rPr>
          <w:sz w:val="28"/>
          <w:szCs w:val="28"/>
        </w:rPr>
        <w:t>uveďte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jaká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část</w:t>
      </w:r>
      <w:proofErr w:type="spellEnd"/>
      <w:r w:rsidR="003853F3">
        <w:rPr>
          <w:sz w:val="28"/>
          <w:szCs w:val="28"/>
        </w:rPr>
        <w:t xml:space="preserve"> </w:t>
      </w:r>
      <w:proofErr w:type="spellStart"/>
      <w:r w:rsidR="003853F3">
        <w:rPr>
          <w:sz w:val="28"/>
          <w:szCs w:val="28"/>
        </w:rPr>
        <w:t>produktu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nebo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příslušenství</w:t>
      </w:r>
      <w:proofErr w:type="spellEnd"/>
      <w:r w:rsidRPr="00D45108">
        <w:rPr>
          <w:sz w:val="28"/>
          <w:szCs w:val="28"/>
        </w:rPr>
        <w:t>:</w:t>
      </w:r>
    </w:p>
    <w:p w14:paraId="7846AC3D" w14:textId="4FEBD5AF" w:rsidR="008F1223" w:rsidRDefault="007C3DB4">
      <w:r>
        <w:t>________________________________________________________</w:t>
      </w:r>
      <w:r w:rsidR="00D45108">
        <w:t>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F1223" w14:paraId="23744630" w14:textId="77777777">
        <w:tc>
          <w:tcPr>
            <w:tcW w:w="4320" w:type="dxa"/>
          </w:tcPr>
          <w:p w14:paraId="02EFFB8F" w14:textId="77777777" w:rsidR="008902C4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</w:p>
          <w:p w14:paraId="4A4AA4C8" w14:textId="7739E415" w:rsidR="008F1223" w:rsidRPr="00D45108" w:rsidRDefault="003853F3">
            <w:pPr>
              <w:rPr>
                <w:sz w:val="28"/>
                <w:szCs w:val="28"/>
              </w:rPr>
            </w:pPr>
            <w:r w:rsidRPr="00D45108">
              <w:rPr>
                <w:sz w:val="28"/>
                <w:szCs w:val="28"/>
              </w:rPr>
              <w:t>Datum: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</w:t>
            </w:r>
            <w:r w:rsidR="00EB096B">
              <w:rPr>
                <w:sz w:val="28"/>
                <w:szCs w:val="28"/>
              </w:rPr>
              <w:t xml:space="preserve">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</w:t>
            </w:r>
          </w:p>
        </w:tc>
        <w:tc>
          <w:tcPr>
            <w:tcW w:w="4320" w:type="dxa"/>
          </w:tcPr>
          <w:p w14:paraId="46F63957" w14:textId="77777777" w:rsidR="008902C4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</w:p>
          <w:p w14:paraId="2CA079FA" w14:textId="4B924F3A" w:rsidR="008F1223" w:rsidRPr="00D45108" w:rsidRDefault="003853F3">
            <w:pPr>
              <w:rPr>
                <w:sz w:val="28"/>
                <w:szCs w:val="28"/>
              </w:rPr>
            </w:pPr>
            <w:proofErr w:type="spellStart"/>
            <w:r w:rsidRPr="00D45108">
              <w:rPr>
                <w:sz w:val="28"/>
                <w:szCs w:val="28"/>
              </w:rPr>
              <w:t>Podpis</w:t>
            </w:r>
            <w:proofErr w:type="spellEnd"/>
            <w:r w:rsidRPr="00D45108">
              <w:rPr>
                <w:sz w:val="28"/>
                <w:szCs w:val="28"/>
              </w:rPr>
              <w:t>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 </w:t>
            </w:r>
            <w:r w:rsidR="00EB096B">
              <w:rPr>
                <w:sz w:val="28"/>
                <w:szCs w:val="28"/>
              </w:rPr>
              <w:t xml:space="preserve">   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____</w:t>
            </w:r>
          </w:p>
        </w:tc>
      </w:tr>
    </w:tbl>
    <w:p w14:paraId="3EB55529" w14:textId="77777777" w:rsidR="008854C9" w:rsidRDefault="008854C9" w:rsidP="00EB096B"/>
    <w:sectPr w:rsidR="008854C9" w:rsidSect="00EB096B">
      <w:headerReference w:type="default" r:id="rId9"/>
      <w:pgSz w:w="12240" w:h="15840"/>
      <w:pgMar w:top="1134" w:right="758" w:bottom="28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FCBC3" w14:textId="77777777" w:rsidR="009D3CF9" w:rsidRDefault="009D3CF9">
      <w:pPr>
        <w:spacing w:after="0" w:line="240" w:lineRule="auto"/>
      </w:pPr>
      <w:r>
        <w:separator/>
      </w:r>
    </w:p>
  </w:endnote>
  <w:endnote w:type="continuationSeparator" w:id="0">
    <w:p w14:paraId="58DABD05" w14:textId="77777777" w:rsidR="009D3CF9" w:rsidRDefault="009D3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02D7F" w14:textId="77777777" w:rsidR="009D3CF9" w:rsidRDefault="009D3CF9">
      <w:pPr>
        <w:spacing w:after="0" w:line="240" w:lineRule="auto"/>
      </w:pPr>
      <w:r>
        <w:separator/>
      </w:r>
    </w:p>
  </w:footnote>
  <w:footnote w:type="continuationSeparator" w:id="0">
    <w:p w14:paraId="7D0AB4AB" w14:textId="77777777" w:rsidR="009D3CF9" w:rsidRDefault="009D3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D8FF" w14:textId="77777777" w:rsidR="008F1223" w:rsidRDefault="007C3DB4">
    <w:pPr>
      <w:pStyle w:val="Zhlav"/>
    </w:pPr>
    <w:r>
      <w:rPr>
        <w:noProof/>
      </w:rPr>
      <w:drawing>
        <wp:inline distT="0" distB="0" distL="0" distR="0" wp14:anchorId="467AAB23" wp14:editId="6B044377">
          <wp:extent cx="1620000" cy="368531"/>
          <wp:effectExtent l="0" t="0" r="0" b="0"/>
          <wp:docPr id="6589209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ight_sm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000" cy="368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6758467">
    <w:abstractNumId w:val="8"/>
  </w:num>
  <w:num w:numId="2" w16cid:durableId="161700403">
    <w:abstractNumId w:val="6"/>
  </w:num>
  <w:num w:numId="3" w16cid:durableId="1752503991">
    <w:abstractNumId w:val="5"/>
  </w:num>
  <w:num w:numId="4" w16cid:durableId="154348787">
    <w:abstractNumId w:val="4"/>
  </w:num>
  <w:num w:numId="5" w16cid:durableId="806125193">
    <w:abstractNumId w:val="7"/>
  </w:num>
  <w:num w:numId="6" w16cid:durableId="421953262">
    <w:abstractNumId w:val="3"/>
  </w:num>
  <w:num w:numId="7" w16cid:durableId="2024284852">
    <w:abstractNumId w:val="2"/>
  </w:num>
  <w:num w:numId="8" w16cid:durableId="11541026">
    <w:abstractNumId w:val="1"/>
  </w:num>
  <w:num w:numId="9" w16cid:durableId="174568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17A"/>
    <w:rsid w:val="0006063C"/>
    <w:rsid w:val="0015074B"/>
    <w:rsid w:val="0029639D"/>
    <w:rsid w:val="00326F90"/>
    <w:rsid w:val="003853F3"/>
    <w:rsid w:val="003C52F3"/>
    <w:rsid w:val="00442CE9"/>
    <w:rsid w:val="00462DEB"/>
    <w:rsid w:val="004764A0"/>
    <w:rsid w:val="00647BAF"/>
    <w:rsid w:val="006B31A9"/>
    <w:rsid w:val="00727384"/>
    <w:rsid w:val="00795AD2"/>
    <w:rsid w:val="00797F0D"/>
    <w:rsid w:val="007B137B"/>
    <w:rsid w:val="007C3DB4"/>
    <w:rsid w:val="007E5E9D"/>
    <w:rsid w:val="008854C9"/>
    <w:rsid w:val="008902C4"/>
    <w:rsid w:val="008F1223"/>
    <w:rsid w:val="009037BB"/>
    <w:rsid w:val="00915ED3"/>
    <w:rsid w:val="00944AAF"/>
    <w:rsid w:val="009655C8"/>
    <w:rsid w:val="00973EB2"/>
    <w:rsid w:val="009A2C5C"/>
    <w:rsid w:val="009D3CF9"/>
    <w:rsid w:val="00A51D69"/>
    <w:rsid w:val="00AA1D8D"/>
    <w:rsid w:val="00AD5F5E"/>
    <w:rsid w:val="00B47730"/>
    <w:rsid w:val="00B542BE"/>
    <w:rsid w:val="00BB6131"/>
    <w:rsid w:val="00C526EB"/>
    <w:rsid w:val="00CB0664"/>
    <w:rsid w:val="00CE0DA2"/>
    <w:rsid w:val="00D45108"/>
    <w:rsid w:val="00D47315"/>
    <w:rsid w:val="00D635B1"/>
    <w:rsid w:val="00DF4CF1"/>
    <w:rsid w:val="00E22700"/>
    <w:rsid w:val="00E5548C"/>
    <w:rsid w:val="00E6034F"/>
    <w:rsid w:val="00EB096B"/>
    <w:rsid w:val="00FC693F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5C60F"/>
  <w14:defaultImageDpi w14:val="330"/>
  <w15:docId w15:val="{DE56BD63-632D-4F9A-B512-972ED16D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132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Kvapil Aleš</cp:lastModifiedBy>
  <cp:revision>3</cp:revision>
  <dcterms:created xsi:type="dcterms:W3CDTF">2026-09-02T10:38:00Z</dcterms:created>
  <dcterms:modified xsi:type="dcterms:W3CDTF">2026-09-02T11:20:00Z</dcterms:modified>
  <cp:category/>
</cp:coreProperties>
</file>